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- 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מפורש ומשתמע בטקסט מידעי על זברות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הכותרות ומבנה הפסקאות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מיון, סידור וקישור בין עובדות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זברת הערבות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הזכר השליט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הם לא מתחרים על אותו עשב ושומרים זה על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מבלבלים את הטורפים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מסתכלות היטב על כל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רעיון שעוד צריך 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כדי לעזור לקורא/ת למצוא מידע במהירות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בפסקה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הזברות צמחוניות ואוכלות בעיקר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בכל משפחה יש זכר שליט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בפסקה על משמרת הלילה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הפוך - הזברות אוכלות את החלק הגבוה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כמו טביעת אצבע,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באיזו פסקה כתוב?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(פסקה 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(פסקה 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(פסקה 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(פסקה 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(פסקה 4)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הימים הראשונים של הסייח - סדרו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הסייח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הסייח עומד על רגליו אחרי דקות ספורות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האם מרחיקה את שאר הזברות מהסייח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הסייח לומד את הפסים, הקול והריח של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הסייח מזהה את אמו גם בתוך עדר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כותבים: מי ה'עדר' שלי?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מזהה אדם או קבוצה שתומכים בו/בה, מתאר/ת הדדיות (גם נותן/ת עזרה), ומשלב/ת לפחות מילה אחת מהטקסט. 3-4 שורות, כתיב ופיסוק תקינים.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נכון: סייח הוא הצאצא הקטן, הזכר השליט מגן על המשפחה הבוגרת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תקפה מהטקסט, כגון אכילת חלקים שונים של העשב או שמירה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נימוק המבוסס על אחת ההשערות שהוזכרו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הטקסט בקול יחד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לחזור לטקסט ולאתר את המספר המדויק של הפסקה בתרגיל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אפשר לאפשר שיתוף בזוגות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- 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על זברות. נלמד איך הן חיות, איך הן שומרות על עצמן, ולמה יש להן פסים.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פתוח עם עשב, בלי הרבה עצים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צמחוני/ת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שאוכל/ת בעיקר צמחים ועשב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גדולה של בעלי חיים שחיים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הקטן של הזברה או הסוס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שצדה וטורפת חיות אחרות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השערה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שחושבים שהוא נכון, אבל עוד צריך לבדוק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דגם פסים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המיוחדת של הפסים על גוף הזברה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נדידה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 ארוך של בעלי חיים ממקום למקום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זברה הכי נפוצה?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זברת ההרים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זברת גרבי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זברת הערבות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זברת המדבר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הזברות אוכלות?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שומר על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הנקבה המבוגרת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העדר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זברות וגנו נודדים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אותו 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הם לא מתחרים על אותו עשב ושומרים זה על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הגנו מובילים את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הזברות לא יודעות למצוא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אולי יש לזברות פסים?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מושכים טורפים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מבלבלים את הטורפים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עוזרים לשחות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מאפשרים לקפוץ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המילה 'סורקות'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מסתכלות היטב על כל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נעצמות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המילה 'השערה'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תשובה בטוחה ובדוקה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רעיון שעוד צריך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במבחן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למה יש כותרת לכל 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לעזור לקורא/ת למצוא מידע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שהטקסט יהיה ארוך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סיבה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זברת הערבות היא המין הנפוץ ביותר של זברות.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הזברות אוכלות בעיקר בשר.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משפחה של זברות יש כמה זכרים שליטים.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זברה יכולה לנמנם בעמידה.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הזברות אוכלות את העשב הנמוך והרך, והגנו את העשב הגבוה.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שתי זברות עם אותו דגם פסים.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באיזו פסקה כתוב?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קול אזהרה בלילה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פסקה 6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שלושה מינים של זברות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פסקה 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הסייח לומד את הקול והריח של אמו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פסקה 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זבובים מתקשים לנחות על פסים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פסקה 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הולכים בעקבות הגשם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פסקה 5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הימים הראשונים של הסייח - סדרו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האם מרחיקה את שאר הזברות מהסייח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לומד את הפסים, הקול והריח של אמו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מזהה את אמו גם בתוך עדר 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נולד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עומד על רגליו אחרי דקות ספורות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כותבים: מי ה'עדר' שלי?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הזברות שורדות בזכות המשפחה והעדר. כתבו 3-4 שורות: מי האנשים שעוזרים לכם כשקשה? איך אתם עוזרים להם? השתמשו במילה אחת לפחות מהטקסט (עדר, משפחה, שומרים, ביחד).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סייח לזכר שליט?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לשיתוף פעולה בין זברות לגנו.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השערה לגבי הפסים נראית לכם הכי משכנעת,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הפסים - זברות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