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מפורש ומשתמע בטקסט מידעי על 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הכותרות ומבנה הפסקאות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סידור וקישור בין עובדות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זברת הערבות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הזכר השליט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הם לא מתחרים על אותו עשב ושומרים זה על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מבלבלים את הטורפים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מסתכלות היטב על כל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רעיון שעוד צריך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כדי לעזור לקורא/ת למצוא מידע במהירות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הזברות צמחוניות ואוכלות בעיקר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 משפחה יש זכר שליט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בפסקה על משמרת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הפוך - הזברות אוכלות את החלק הגבוה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כמו טביעת אצבע,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באיזו פסקה כתוב?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(פסקה 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(פסקה 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(פסקה 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(פסקה 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(פסקה 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הימים הראשונים של הסייח - סדרו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הסייח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הסייח עומד על רגליו אחרי דקות ספורות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האם מרחיקה את שאר הזברות מהסייח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הסייח לומד את הפסים, הקול והריח של אמו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הסייח מזהה את אמו גם בתוך עדר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כותבים: מי ה'עדר' שלי?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מזהה אדם או קבוצה שתומכים בו/בה, מתאר/ת הדדיות (גם נותן/ת עזרה), ומשלב/ת לפחות מילה אחת מהטקסט. 3-4 שורות, כתיב ופיסוק תקינים.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נכון: סייח הוא הצאצא הקטן, הזכר השליט מגן על המשפחה הבוגרת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תקפה מהטקסט, כגון אכילת חלקים שונים של העשב או שמירה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נימוק המבוסס על אחת ההשערות שהוזכרו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לחזור לטקסט ולאתר את המספר המדויק של הפסקה בתרגיל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לאפשר שיתוף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הטקסט 'סוד הפסים', שמספר על חיי הזברות בערבות אפריקה - המשפחה, הנדידה והשאלה למה יש להן פסים.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המין הנפוץ ביותר של 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זברת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זברת גרבי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זברת הערבות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זברת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הזברות ניזונות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מגן על המשפחה כשטורף מתקרב?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הנקבה המבוגרת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העדר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הזברות והגנו הולכים יחד במסע הנדידה?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אותו 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לא מתחרים על אותו עשב ושומרים זה על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הגנו מובילים את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הזברות לא יודעות למצוא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אחת ההשערות לגבי תפקיד הפסים?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מושכים 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מבלבלים את הטורפים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עוזרים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מאפשרים לקפוץ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במשפט 'העיניים סורקות את השטח', מה פירוש 'סורקות'?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מסתכלות היטב על כל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היא 'השערה'?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תשובה בטוחה ובדוקה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רעיון שעוד צריך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כל פסקה בטקסט פותחת בכותרת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לעזור לקורא/ת למצוא מידע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שהטקסט יהיה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סיבה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זברת הערבות היא המין הנפוץ ביותר של זברות.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אוכלות בעיקר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משפחה של זברות יש כמה זכרים שליטים.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זברה יכולה לנמנם בעמידה.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אוכלות את העשב הנמוך והרך, והגנו את העשב הגבוה.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שתי זברות עם אותו דגם פסים.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באיזו פסקה כתוב?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קול אזהרה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פסקה 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שלושה מינים של זברות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פסקה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הסייח לומד את הקול והריח של אמו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פסקה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זבובים מתקשים לנחות על פסים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פסקה 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הולכים בעקבות הגשם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פסקה 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הימים הראשונים של הסייח - סדרו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לומד את הפסים, הקול והריח של 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מזהה את אמו גם בתוך עדר 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עומד על רגליו אחרי דקות ספורות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מרחיקה את שאר הזברות מהסייח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נולד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כותבים: מי ה'עדר' שלי?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הזברות שורדות בזכות המשפחה והעדר. כתבו 3-4 שורות: מי האנשים שעוזרים לכם כשקשה? איך אתם עוזרים להם? השתמשו במילה אחת לפחות מהטקסט (עדר, משפחה, שומרים, ביחד).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סייח לזכר שליט?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לשיתוף פעולה בין זברות לגנו.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השערה לגבי הפסים נראית לכם הכי משכנעת,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- 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